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74B" w:rsidRDefault="00B8415F" w:rsidP="005D1F30">
      <w:pPr>
        <w:pStyle w:val="Ttulo2"/>
        <w:jc w:val="center"/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</w:pPr>
      <w:r w:rsidRPr="00C35AD2"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  <w:t>TERMO DE CONSENTIMENTO LIVRE E ESCLARECIDO (TCLE)</w:t>
      </w:r>
    </w:p>
    <w:p w:rsidR="005D1F30" w:rsidRPr="005D1F30" w:rsidRDefault="005D1F30" w:rsidP="005D1F30">
      <w:pPr>
        <w:rPr>
          <w:lang w:val="pt-BR"/>
        </w:rPr>
      </w:pPr>
    </w:p>
    <w:p w:rsidR="0021774B" w:rsidRPr="005D1F30" w:rsidRDefault="00B8415F" w:rsidP="00A54EDA">
      <w:pPr>
        <w:jc w:val="both"/>
        <w:rPr>
          <w:rFonts w:ascii="Times New Roman" w:hAnsi="Times New Roman" w:cs="Times New Roman"/>
          <w:noProof/>
          <w:color w:val="FF0000"/>
          <w:sz w:val="24"/>
          <w:szCs w:val="24"/>
          <w:lang w:val="pt-BR"/>
        </w:rPr>
      </w:pPr>
      <w:r w:rsidRPr="005D1F30">
        <w:rPr>
          <w:rFonts w:ascii="Times New Roman" w:hAnsi="Times New Roman" w:cs="Times New Roman"/>
          <w:noProof/>
          <w:color w:val="FF0000"/>
          <w:sz w:val="24"/>
          <w:szCs w:val="24"/>
          <w:lang w:val="pt-BR"/>
        </w:rPr>
        <w:t>(</w:t>
      </w:r>
      <w:r w:rsidR="006C7656" w:rsidRPr="005D1F30">
        <w:rPr>
          <w:rFonts w:ascii="Times New Roman" w:hAnsi="Times New Roman" w:cs="Times New Roman"/>
          <w:noProof/>
          <w:color w:val="FF0000"/>
          <w:sz w:val="24"/>
          <w:szCs w:val="24"/>
          <w:lang w:val="pt-BR"/>
        </w:rPr>
        <w:t>Este é apenas um roteiro gen</w:t>
      </w:r>
      <w:r w:rsidR="00F3246E" w:rsidRPr="005D1F30">
        <w:rPr>
          <w:rFonts w:ascii="Times New Roman" w:hAnsi="Times New Roman" w:cs="Times New Roman"/>
          <w:noProof/>
          <w:color w:val="FF0000"/>
          <w:sz w:val="24"/>
          <w:szCs w:val="24"/>
          <w:lang w:val="pt-BR"/>
        </w:rPr>
        <w:t>érico para a elaboração do TCLE</w:t>
      </w:r>
      <w:r w:rsidRPr="005D1F30">
        <w:rPr>
          <w:rFonts w:ascii="Times New Roman" w:hAnsi="Times New Roman" w:cs="Times New Roman"/>
          <w:noProof/>
          <w:color w:val="FF0000"/>
          <w:sz w:val="24"/>
          <w:szCs w:val="24"/>
          <w:lang w:val="pt-BR"/>
        </w:rPr>
        <w:t xml:space="preserve">. As partes em vermelho </w:t>
      </w:r>
      <w:r w:rsidRPr="00376E70">
        <w:rPr>
          <w:rFonts w:ascii="Times New Roman" w:hAnsi="Times New Roman" w:cs="Times New Roman"/>
          <w:b/>
          <w:noProof/>
          <w:color w:val="FF0000"/>
          <w:sz w:val="24"/>
          <w:szCs w:val="24"/>
          <w:lang w:val="pt-BR"/>
        </w:rPr>
        <w:t>devem ser adaptadas</w:t>
      </w:r>
      <w:r w:rsidRPr="005D1F30">
        <w:rPr>
          <w:rFonts w:ascii="Times New Roman" w:hAnsi="Times New Roman" w:cs="Times New Roman"/>
          <w:noProof/>
          <w:color w:val="FF0000"/>
          <w:sz w:val="24"/>
          <w:szCs w:val="24"/>
          <w:lang w:val="pt-BR"/>
        </w:rPr>
        <w:t xml:space="preserve"> conforme o estudo. O texto em </w:t>
      </w:r>
      <w:r w:rsidRPr="005D1F30">
        <w:rPr>
          <w:rFonts w:ascii="Times New Roman" w:hAnsi="Times New Roman" w:cs="Times New Roman"/>
          <w:b/>
          <w:noProof/>
          <w:color w:val="FF0000"/>
          <w:sz w:val="24"/>
          <w:szCs w:val="24"/>
          <w:lang w:val="pt-BR"/>
        </w:rPr>
        <w:t>negrito</w:t>
      </w:r>
      <w:r w:rsidRPr="005D1F30">
        <w:rPr>
          <w:rFonts w:ascii="Times New Roman" w:hAnsi="Times New Roman" w:cs="Times New Roman"/>
          <w:noProof/>
          <w:color w:val="FF0000"/>
          <w:sz w:val="24"/>
          <w:szCs w:val="24"/>
          <w:lang w:val="pt-BR"/>
        </w:rPr>
        <w:t xml:space="preserve"> </w:t>
      </w:r>
      <w:r w:rsidR="00376E70">
        <w:rPr>
          <w:rFonts w:ascii="Times New Roman" w:hAnsi="Times New Roman" w:cs="Times New Roman"/>
          <w:noProof/>
          <w:color w:val="FF0000"/>
          <w:sz w:val="24"/>
          <w:szCs w:val="24"/>
          <w:lang w:val="pt-BR"/>
        </w:rPr>
        <w:t xml:space="preserve">na área </w:t>
      </w:r>
      <w:r w:rsidR="00376E70" w:rsidRPr="00376E70">
        <w:rPr>
          <w:rFonts w:ascii="Times New Roman" w:hAnsi="Times New Roman" w:cs="Times New Roman"/>
          <w:noProof/>
          <w:color w:val="FF0000"/>
          <w:sz w:val="24"/>
          <w:szCs w:val="24"/>
          <w:lang w:val="pt-BR"/>
        </w:rPr>
        <w:t xml:space="preserve">Confidencialidade e uso dos dados </w:t>
      </w:r>
      <w:r w:rsidRPr="005D1F30">
        <w:rPr>
          <w:rFonts w:ascii="Times New Roman" w:hAnsi="Times New Roman" w:cs="Times New Roman"/>
          <w:noProof/>
          <w:color w:val="FF0000"/>
          <w:sz w:val="24"/>
          <w:szCs w:val="24"/>
          <w:lang w:val="pt-BR"/>
        </w:rPr>
        <w:t>não deve ser retirado, conforme a LGPD.)</w:t>
      </w:r>
      <w:r w:rsidR="00376E70">
        <w:rPr>
          <w:rFonts w:ascii="Times New Roman" w:hAnsi="Times New Roman" w:cs="Times New Roman"/>
          <w:noProof/>
          <w:color w:val="FF0000"/>
          <w:sz w:val="24"/>
          <w:szCs w:val="24"/>
          <w:lang w:val="pt-BR"/>
        </w:rPr>
        <w:t xml:space="preserve"> </w:t>
      </w:r>
      <w:r w:rsidR="00376E70">
        <w:rPr>
          <w:rFonts w:ascii="Times New Roman" w:hAnsi="Times New Roman" w:cs="Times New Roman"/>
          <w:noProof/>
          <w:color w:val="FF0000"/>
          <w:sz w:val="24"/>
          <w:szCs w:val="24"/>
        </w:rPr>
        <w:t>A</w:t>
      </w:r>
      <w:r w:rsidR="00376E70" w:rsidRPr="00376E70">
        <w:rPr>
          <w:rFonts w:ascii="Times New Roman" w:hAnsi="Times New Roman" w:cs="Times New Roman"/>
          <w:noProof/>
          <w:color w:val="FF0000"/>
          <w:sz w:val="24"/>
          <w:szCs w:val="24"/>
        </w:rPr>
        <w:t xml:space="preserve"> redação do </w:t>
      </w:r>
      <w:r w:rsidR="00376E70" w:rsidRPr="00376E70">
        <w:rPr>
          <w:rFonts w:ascii="Times New Roman" w:hAnsi="Times New Roman" w:cs="Times New Roman"/>
          <w:b/>
          <w:bCs/>
          <w:noProof/>
          <w:color w:val="FF0000"/>
          <w:sz w:val="24"/>
          <w:szCs w:val="24"/>
        </w:rPr>
        <w:t>TCLE</w:t>
      </w:r>
      <w:r w:rsidR="00376E70" w:rsidRPr="00376E70">
        <w:rPr>
          <w:rFonts w:ascii="Times New Roman" w:hAnsi="Times New Roman" w:cs="Times New Roman"/>
          <w:noProof/>
          <w:color w:val="FF0000"/>
          <w:sz w:val="24"/>
          <w:szCs w:val="24"/>
        </w:rPr>
        <w:t xml:space="preserve"> deve adotar, obrigatoriamente, uma </w:t>
      </w:r>
      <w:r w:rsidR="00376E70" w:rsidRPr="00376E70">
        <w:rPr>
          <w:rFonts w:ascii="Times New Roman" w:hAnsi="Times New Roman" w:cs="Times New Roman"/>
          <w:b/>
          <w:bCs/>
          <w:noProof/>
          <w:color w:val="FF0000"/>
          <w:sz w:val="24"/>
          <w:szCs w:val="24"/>
        </w:rPr>
        <w:t>linguagem simples, clara e totalmente acessível a leigos</w:t>
      </w:r>
      <w:r w:rsidR="00376E70" w:rsidRPr="00376E70">
        <w:rPr>
          <w:rFonts w:ascii="Times New Roman" w:hAnsi="Times New Roman" w:cs="Times New Roman"/>
          <w:noProof/>
          <w:color w:val="FF0000"/>
          <w:sz w:val="24"/>
          <w:szCs w:val="24"/>
        </w:rPr>
        <w:t>. É fundamental evitar o uso de termos técnicos complexos ou expressões científicas sem a devida explicação. O documento precisa funcionar como um convite transparente, garantindo que o participante compreenda com total autonomia e clareza todas as etapas, riscos e benefícios da pesquisa antes de manifestar o seu consentimento</w:t>
      </w:r>
      <w:r w:rsidR="001735D7">
        <w:rPr>
          <w:rFonts w:ascii="Times New Roman" w:hAnsi="Times New Roman" w:cs="Times New Roman"/>
          <w:noProof/>
          <w:color w:val="FF0000"/>
          <w:sz w:val="24"/>
          <w:szCs w:val="24"/>
        </w:rPr>
        <w:t>.</w:t>
      </w:r>
      <w:bookmarkStart w:id="0" w:name="_GoBack"/>
      <w:bookmarkEnd w:id="0"/>
    </w:p>
    <w:p w:rsidR="0021774B" w:rsidRPr="00C35AD2" w:rsidRDefault="00B8415F" w:rsidP="00A54EDA">
      <w:pPr>
        <w:jc w:val="both"/>
        <w:rPr>
          <w:rFonts w:ascii="Times New Roman" w:hAnsi="Times New Roman" w:cs="Times New Roman"/>
          <w:noProof/>
          <w:sz w:val="24"/>
          <w:szCs w:val="24"/>
          <w:lang w:val="pt-BR"/>
        </w:rPr>
      </w:pPr>
      <w:r w:rsidRPr="00C35AD2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Você está sendo convidado(a) a participar, de forma voluntária, da pesquisa intitulada: </w:t>
      </w:r>
      <w:r w:rsidRPr="00C35AD2">
        <w:rPr>
          <w:rFonts w:ascii="Times New Roman" w:hAnsi="Times New Roman" w:cs="Times New Roman"/>
          <w:noProof/>
          <w:color w:val="FF0000"/>
          <w:sz w:val="24"/>
          <w:szCs w:val="24"/>
          <w:lang w:val="pt-BR"/>
        </w:rPr>
        <w:t>NOME DO PROJETO (como consta na Plataforma Brasil)</w:t>
      </w:r>
    </w:p>
    <w:p w:rsidR="0021774B" w:rsidRPr="00C35AD2" w:rsidRDefault="00B8415F" w:rsidP="00A54EDA">
      <w:pPr>
        <w:jc w:val="both"/>
        <w:rPr>
          <w:rFonts w:ascii="Times New Roman" w:hAnsi="Times New Roman" w:cs="Times New Roman"/>
          <w:noProof/>
          <w:sz w:val="24"/>
          <w:szCs w:val="24"/>
          <w:lang w:val="pt-BR"/>
        </w:rPr>
      </w:pPr>
      <w:r w:rsidRPr="00C35AD2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Esta pesquisa está sendo realizada por </w:t>
      </w:r>
      <w:r w:rsidRPr="00C35AD2">
        <w:rPr>
          <w:rFonts w:ascii="Times New Roman" w:hAnsi="Times New Roman" w:cs="Times New Roman"/>
          <w:noProof/>
          <w:color w:val="FF0000"/>
          <w:sz w:val="24"/>
          <w:szCs w:val="24"/>
          <w:lang w:val="pt-BR"/>
        </w:rPr>
        <w:t>NOME(S) DO(S) PESQUISADOR(ES)</w:t>
      </w:r>
    </w:p>
    <w:p w:rsidR="0021774B" w:rsidRPr="00C35AD2" w:rsidRDefault="00B8415F" w:rsidP="00A54EDA">
      <w:pPr>
        <w:pStyle w:val="Ttulo3"/>
        <w:jc w:val="both"/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</w:pPr>
      <w:r w:rsidRPr="00C35AD2"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  <w:t>1. Objetivo da pesquisa</w:t>
      </w:r>
    </w:p>
    <w:p w:rsidR="0021774B" w:rsidRPr="00C35AD2" w:rsidRDefault="006C7656" w:rsidP="00A54EDA">
      <w:pPr>
        <w:jc w:val="both"/>
        <w:rPr>
          <w:rFonts w:ascii="Times New Roman" w:hAnsi="Times New Roman" w:cs="Times New Roman"/>
          <w:noProof/>
          <w:sz w:val="24"/>
          <w:szCs w:val="24"/>
          <w:lang w:val="pt-BR"/>
        </w:rPr>
      </w:pPr>
      <w:r w:rsidRPr="00C35AD2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Esta pesquisa pretende </w:t>
      </w:r>
      <w:r w:rsidRPr="00C35AD2">
        <w:rPr>
          <w:rFonts w:ascii="Times New Roman" w:hAnsi="Times New Roman" w:cs="Times New Roman"/>
          <w:noProof/>
          <w:color w:val="FF0000"/>
          <w:sz w:val="24"/>
          <w:szCs w:val="24"/>
          <w:lang w:val="pt-BR"/>
        </w:rPr>
        <w:t>(</w:t>
      </w:r>
      <w:r w:rsidR="00B8415F" w:rsidRPr="00C35AD2">
        <w:rPr>
          <w:rFonts w:ascii="Times New Roman" w:hAnsi="Times New Roman" w:cs="Times New Roman"/>
          <w:noProof/>
          <w:color w:val="FF0000"/>
          <w:sz w:val="24"/>
          <w:szCs w:val="24"/>
          <w:lang w:val="pt-BR"/>
        </w:rPr>
        <w:t>Descrever, de forma simples, o que a pesquisa</w:t>
      </w:r>
      <w:r w:rsidRPr="00C35AD2">
        <w:rPr>
          <w:rFonts w:ascii="Times New Roman" w:hAnsi="Times New Roman" w:cs="Times New Roman"/>
          <w:noProof/>
          <w:color w:val="FF0000"/>
          <w:sz w:val="24"/>
          <w:szCs w:val="24"/>
          <w:lang w:val="pt-BR"/>
        </w:rPr>
        <w:t xml:space="preserve"> pretende </w:t>
      </w:r>
      <w:r w:rsidR="00C35AD2" w:rsidRPr="00C35AD2">
        <w:rPr>
          <w:rFonts w:ascii="Times New Roman" w:hAnsi="Times New Roman" w:cs="Times New Roman"/>
          <w:noProof/>
          <w:color w:val="FF0000"/>
          <w:sz w:val="24"/>
          <w:szCs w:val="24"/>
          <w:lang w:val="pt-BR"/>
        </w:rPr>
        <w:t>estudar</w:t>
      </w:r>
      <w:r w:rsidRPr="00C35AD2">
        <w:rPr>
          <w:rFonts w:ascii="Times New Roman" w:hAnsi="Times New Roman" w:cs="Times New Roman"/>
          <w:noProof/>
          <w:color w:val="FF0000"/>
          <w:sz w:val="24"/>
          <w:szCs w:val="24"/>
          <w:lang w:val="pt-BR"/>
        </w:rPr>
        <w:t xml:space="preserve"> e compreender).</w:t>
      </w:r>
    </w:p>
    <w:p w:rsidR="0021774B" w:rsidRPr="00C35AD2" w:rsidRDefault="00B8415F" w:rsidP="00A54EDA">
      <w:pPr>
        <w:pStyle w:val="Ttulo3"/>
        <w:jc w:val="both"/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</w:pPr>
      <w:r w:rsidRPr="00C35AD2"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  <w:t>2. Por que esta pesquisa é importante?</w:t>
      </w:r>
    </w:p>
    <w:p w:rsidR="0021774B" w:rsidRPr="00C35AD2" w:rsidRDefault="006C7656" w:rsidP="00A54EDA">
      <w:pPr>
        <w:jc w:val="both"/>
        <w:rPr>
          <w:rFonts w:ascii="Times New Roman" w:hAnsi="Times New Roman" w:cs="Times New Roman"/>
          <w:noProof/>
          <w:sz w:val="24"/>
          <w:szCs w:val="24"/>
          <w:lang w:val="pt-BR"/>
        </w:rPr>
      </w:pPr>
      <w:r w:rsidRPr="00C35AD2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Acreditamos que ela seja importante porque </w:t>
      </w:r>
      <w:r w:rsidRPr="00C35AD2">
        <w:rPr>
          <w:rFonts w:ascii="Times New Roman" w:hAnsi="Times New Roman" w:cs="Times New Roman"/>
          <w:noProof/>
          <w:color w:val="FF0000"/>
          <w:sz w:val="24"/>
          <w:szCs w:val="24"/>
          <w:lang w:val="pt-BR"/>
        </w:rPr>
        <w:t>(</w:t>
      </w:r>
      <w:r w:rsidR="00B8415F" w:rsidRPr="00C35AD2">
        <w:rPr>
          <w:rFonts w:ascii="Times New Roman" w:hAnsi="Times New Roman" w:cs="Times New Roman"/>
          <w:noProof/>
          <w:color w:val="FF0000"/>
          <w:sz w:val="24"/>
          <w:szCs w:val="24"/>
          <w:lang w:val="pt-BR"/>
        </w:rPr>
        <w:t>Explicar por que este estudo é relevante e como ele pode contribuir para melhorar o cuidado, o conhecimento ou os serviços de saúde</w:t>
      </w:r>
      <w:r w:rsidRPr="00C35AD2">
        <w:rPr>
          <w:rFonts w:ascii="Times New Roman" w:hAnsi="Times New Roman" w:cs="Times New Roman"/>
          <w:noProof/>
          <w:color w:val="FF0000"/>
          <w:sz w:val="24"/>
          <w:szCs w:val="24"/>
          <w:lang w:val="pt-BR"/>
        </w:rPr>
        <w:t>)</w:t>
      </w:r>
      <w:r w:rsidR="00B8415F" w:rsidRPr="00C35AD2">
        <w:rPr>
          <w:rFonts w:ascii="Times New Roman" w:hAnsi="Times New Roman" w:cs="Times New Roman"/>
          <w:noProof/>
          <w:color w:val="FF0000"/>
          <w:sz w:val="24"/>
          <w:szCs w:val="24"/>
          <w:lang w:val="pt-BR"/>
        </w:rPr>
        <w:t>.</w:t>
      </w:r>
    </w:p>
    <w:p w:rsidR="0021774B" w:rsidRPr="00C35AD2" w:rsidRDefault="00B8415F" w:rsidP="00A54EDA">
      <w:pPr>
        <w:pStyle w:val="Ttulo3"/>
        <w:jc w:val="both"/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</w:pPr>
      <w:r w:rsidRPr="00C35AD2"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  <w:t>3. O que será feito e como será sua participação</w:t>
      </w:r>
    </w:p>
    <w:p w:rsidR="0021774B" w:rsidRPr="00C35AD2" w:rsidRDefault="006C7656" w:rsidP="00A54EDA">
      <w:pPr>
        <w:jc w:val="both"/>
        <w:rPr>
          <w:rFonts w:ascii="Times New Roman" w:hAnsi="Times New Roman" w:cs="Times New Roman"/>
          <w:noProof/>
          <w:sz w:val="24"/>
          <w:szCs w:val="24"/>
          <w:lang w:val="pt-BR"/>
        </w:rPr>
      </w:pPr>
      <w:r w:rsidRPr="00C35AD2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Para sua realização será feito o seguinte: </w:t>
      </w:r>
      <w:r w:rsidRPr="00C35AD2">
        <w:rPr>
          <w:rFonts w:ascii="Times New Roman" w:hAnsi="Times New Roman" w:cs="Times New Roman"/>
          <w:noProof/>
          <w:color w:val="FF0000"/>
          <w:sz w:val="24"/>
          <w:szCs w:val="24"/>
          <w:lang w:val="pt-BR"/>
        </w:rPr>
        <w:t>(</w:t>
      </w:r>
      <w:r w:rsidR="00B8415F" w:rsidRPr="00C35AD2">
        <w:rPr>
          <w:rFonts w:ascii="Times New Roman" w:hAnsi="Times New Roman" w:cs="Times New Roman"/>
          <w:noProof/>
          <w:color w:val="FF0000"/>
          <w:sz w:val="24"/>
          <w:szCs w:val="24"/>
          <w:lang w:val="pt-BR"/>
        </w:rPr>
        <w:t>Descrever claramente os procedimentos, como entrevistas, questionários, análise</w:t>
      </w:r>
      <w:r w:rsidR="00F3246E">
        <w:rPr>
          <w:rFonts w:ascii="Times New Roman" w:hAnsi="Times New Roman" w:cs="Times New Roman"/>
          <w:noProof/>
          <w:color w:val="FF0000"/>
          <w:sz w:val="24"/>
          <w:szCs w:val="24"/>
          <w:lang w:val="pt-BR"/>
        </w:rPr>
        <w:t xml:space="preserve"> de prontuário, duração e local).</w:t>
      </w:r>
    </w:p>
    <w:p w:rsidR="0021774B" w:rsidRPr="00C35AD2" w:rsidRDefault="00B8415F" w:rsidP="00A54EDA">
      <w:pPr>
        <w:pStyle w:val="Ttulo3"/>
        <w:jc w:val="both"/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</w:pPr>
      <w:r w:rsidRPr="00C35AD2"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  <w:t>4. Riscos e desconfortos</w:t>
      </w:r>
    </w:p>
    <w:p w:rsidR="005917F7" w:rsidRDefault="00D92600" w:rsidP="00A54EDA">
      <w:pPr>
        <w:jc w:val="both"/>
        <w:rPr>
          <w:rFonts w:ascii="Times New Roman" w:hAnsi="Times New Roman" w:cs="Times New Roman"/>
          <w:noProof/>
          <w:sz w:val="24"/>
          <w:szCs w:val="24"/>
          <w:lang w:val="pt-BR"/>
        </w:rPr>
      </w:pPr>
      <w:r w:rsidRPr="009D5C70">
        <w:rPr>
          <w:rFonts w:ascii="Times New Roman" w:hAnsi="Times New Roman" w:cs="Times New Roman"/>
          <w:bCs/>
          <w:noProof/>
          <w:color w:val="FF0000"/>
          <w:sz w:val="24"/>
          <w:szCs w:val="24"/>
        </w:rPr>
        <w:t>Toda pesquisa com seres humanos envolve riscos</w:t>
      </w:r>
      <w:r w:rsidRPr="00D92600">
        <w:rPr>
          <w:rFonts w:ascii="Times New Roman" w:hAnsi="Times New Roman" w:cs="Times New Roman"/>
          <w:noProof/>
          <w:color w:val="FF0000"/>
          <w:sz w:val="24"/>
          <w:szCs w:val="24"/>
        </w:rPr>
        <w:t xml:space="preserve"> (conforme as Resoluções CNS </w:t>
      </w:r>
      <w:hyperlink r:id="rId9" w:tgtFrame="_blank" w:history="1">
        <w:r w:rsidRPr="00D92600">
          <w:rPr>
            <w:rStyle w:val="Hyperlink"/>
            <w:rFonts w:ascii="Times New Roman" w:hAnsi="Times New Roman" w:cs="Times New Roman"/>
            <w:noProof/>
            <w:color w:val="FF0000"/>
            <w:sz w:val="24"/>
            <w:szCs w:val="24"/>
            <w:u w:val="none"/>
          </w:rPr>
          <w:t>466/12</w:t>
        </w:r>
      </w:hyperlink>
      <w:r w:rsidRPr="00D92600">
        <w:rPr>
          <w:rFonts w:ascii="Times New Roman" w:hAnsi="Times New Roman" w:cs="Times New Roman"/>
          <w:noProof/>
          <w:color w:val="FF0000"/>
          <w:sz w:val="24"/>
          <w:szCs w:val="24"/>
        </w:rPr>
        <w:t xml:space="preserve"> e 510/16).</w:t>
      </w:r>
      <w:r>
        <w:rPr>
          <w:rFonts w:ascii="Times New Roman" w:hAnsi="Times New Roman" w:cs="Times New Roman"/>
          <w:noProof/>
          <w:color w:val="FF0000"/>
          <w:sz w:val="24"/>
          <w:szCs w:val="24"/>
        </w:rPr>
        <w:t xml:space="preserve"> </w:t>
      </w:r>
      <w:r w:rsidR="005917F7" w:rsidRPr="005917F7">
        <w:rPr>
          <w:rFonts w:ascii="Times New Roman" w:hAnsi="Times New Roman" w:cs="Times New Roman"/>
          <w:noProof/>
          <w:color w:val="FF0000"/>
          <w:sz w:val="24"/>
          <w:szCs w:val="24"/>
        </w:rPr>
        <w:t>Explique de forma clara, direta e em linguagem leiga quais são os desconfortos ou riscos potenciais que o participante pode enfrentar. Apresente também as medidas que você adotará para diminuir ou solucionar cada um desses riscos</w:t>
      </w:r>
      <w:r w:rsidR="00B8415F" w:rsidRPr="005917F7">
        <w:rPr>
          <w:rFonts w:ascii="Times New Roman" w:hAnsi="Times New Roman" w:cs="Times New Roman"/>
          <w:noProof/>
          <w:color w:val="FF0000"/>
          <w:sz w:val="24"/>
          <w:szCs w:val="24"/>
          <w:lang w:val="pt-BR"/>
        </w:rPr>
        <w:t>.</w:t>
      </w:r>
      <w:r w:rsidR="00B8415F" w:rsidRPr="00C35AD2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 </w:t>
      </w:r>
    </w:p>
    <w:p w:rsidR="005917F7" w:rsidRDefault="005917F7" w:rsidP="00A54EDA">
      <w:pPr>
        <w:jc w:val="both"/>
        <w:rPr>
          <w:rFonts w:ascii="Times New Roman" w:hAnsi="Times New Roman" w:cs="Times New Roman"/>
          <w:noProof/>
          <w:sz w:val="24"/>
          <w:szCs w:val="24"/>
          <w:lang w:val="pt-BR"/>
        </w:rPr>
      </w:pPr>
      <w:r>
        <w:rPr>
          <w:rFonts w:ascii="Times New Roman" w:hAnsi="Times New Roman" w:cs="Times New Roman"/>
          <w:noProof/>
          <w:sz w:val="24"/>
          <w:szCs w:val="24"/>
          <w:lang w:val="pt-BR"/>
        </w:rPr>
        <w:t>E</w:t>
      </w:r>
      <w:r w:rsidR="000A5377">
        <w:rPr>
          <w:rFonts w:ascii="Times New Roman" w:hAnsi="Times New Roman" w:cs="Times New Roman"/>
          <w:noProof/>
          <w:sz w:val="24"/>
          <w:szCs w:val="24"/>
          <w:lang w:val="pt-BR"/>
        </w:rPr>
        <w:t>x</w:t>
      </w:r>
      <w:r>
        <w:rPr>
          <w:rFonts w:ascii="Times New Roman" w:hAnsi="Times New Roman" w:cs="Times New Roman"/>
          <w:noProof/>
          <w:sz w:val="24"/>
          <w:szCs w:val="24"/>
          <w:lang w:val="pt-BR"/>
        </w:rPr>
        <w:t>emplos de texto base:</w:t>
      </w:r>
    </w:p>
    <w:p w:rsidR="005917F7" w:rsidRPr="005917F7" w:rsidRDefault="005917F7" w:rsidP="005917F7">
      <w:pPr>
        <w:jc w:val="both"/>
        <w:rPr>
          <w:rFonts w:ascii="Times New Roman" w:hAnsi="Times New Roman" w:cs="Times New Roman"/>
          <w:noProof/>
          <w:sz w:val="24"/>
          <w:szCs w:val="24"/>
          <w:lang w:val="pt-BR"/>
        </w:rPr>
      </w:pPr>
      <w:r w:rsidRPr="005917F7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• </w:t>
      </w:r>
      <w:r w:rsidRPr="00D92600">
        <w:rPr>
          <w:rFonts w:ascii="Times New Roman" w:hAnsi="Times New Roman" w:cs="Times New Roman"/>
          <w:b/>
          <w:noProof/>
          <w:sz w:val="24"/>
          <w:szCs w:val="24"/>
          <w:lang w:val="pt-BR"/>
        </w:rPr>
        <w:t>Risco de Quebra de Sigilo:</w:t>
      </w:r>
      <w:r w:rsidRPr="005917F7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 "Existe um risco mínimo de violação do sigilo das suas respostas devido ao uso de ferramentas na internet."</w:t>
      </w:r>
    </w:p>
    <w:p w:rsidR="005917F7" w:rsidRDefault="005917F7" w:rsidP="005917F7">
      <w:pPr>
        <w:jc w:val="both"/>
        <w:rPr>
          <w:rFonts w:ascii="Times New Roman" w:hAnsi="Times New Roman" w:cs="Times New Roman"/>
          <w:noProof/>
          <w:sz w:val="24"/>
          <w:szCs w:val="24"/>
          <w:lang w:val="pt-BR"/>
        </w:rPr>
      </w:pPr>
      <w:r w:rsidRPr="005917F7">
        <w:rPr>
          <w:rFonts w:ascii="Times New Roman" w:hAnsi="Times New Roman" w:cs="Times New Roman"/>
          <w:noProof/>
          <w:sz w:val="24"/>
          <w:szCs w:val="24"/>
          <w:lang w:val="pt-BR"/>
        </w:rPr>
        <w:lastRenderedPageBreak/>
        <w:t xml:space="preserve">• </w:t>
      </w:r>
      <w:r w:rsidRPr="00D92600">
        <w:rPr>
          <w:rFonts w:ascii="Times New Roman" w:hAnsi="Times New Roman" w:cs="Times New Roman"/>
          <w:b/>
          <w:noProof/>
          <w:sz w:val="24"/>
          <w:szCs w:val="24"/>
          <w:lang w:val="pt-BR"/>
        </w:rPr>
        <w:t>Mitigação:</w:t>
      </w:r>
      <w:r w:rsidRPr="005917F7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 "Para garantir a sua privacidade, os dados coletados serão armazenados em uma pasta segura e criptografada (ex: Google Drive institucional / OneDrive), cujo acesso é restrito apenas aos pesquisadores desta equipe. Além disso, nenhuma resposta será associada ao seu nome."</w:t>
      </w:r>
    </w:p>
    <w:p w:rsidR="00D92600" w:rsidRPr="00D92600" w:rsidRDefault="00D92600" w:rsidP="00D92600">
      <w:pPr>
        <w:jc w:val="both"/>
        <w:rPr>
          <w:rFonts w:ascii="Times New Roman" w:hAnsi="Times New Roman" w:cs="Times New Roman"/>
          <w:noProof/>
          <w:sz w:val="24"/>
          <w:szCs w:val="24"/>
          <w:lang w:val="pt-BR"/>
        </w:rPr>
      </w:pPr>
      <w:r w:rsidRPr="00D92600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• </w:t>
      </w:r>
      <w:r w:rsidRPr="00D92600">
        <w:rPr>
          <w:rFonts w:ascii="Times New Roman" w:hAnsi="Times New Roman" w:cs="Times New Roman"/>
          <w:b/>
          <w:noProof/>
          <w:sz w:val="24"/>
          <w:szCs w:val="24"/>
          <w:lang w:val="pt-BR"/>
        </w:rPr>
        <w:t>Risco de Quebra de Confidencialidade:</w:t>
      </w:r>
      <w:r w:rsidRPr="00D92600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 "O risco de que a sua identidade seja descoberta por terceiros."</w:t>
      </w:r>
    </w:p>
    <w:p w:rsidR="00D92600" w:rsidRPr="005917F7" w:rsidRDefault="00D92600" w:rsidP="00D92600">
      <w:pPr>
        <w:jc w:val="both"/>
        <w:rPr>
          <w:rFonts w:ascii="Times New Roman" w:hAnsi="Times New Roman" w:cs="Times New Roman"/>
          <w:noProof/>
          <w:sz w:val="24"/>
          <w:szCs w:val="24"/>
          <w:lang w:val="pt-BR"/>
        </w:rPr>
      </w:pPr>
      <w:r w:rsidRPr="00D92600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• </w:t>
      </w:r>
      <w:r w:rsidRPr="00D92600">
        <w:rPr>
          <w:rFonts w:ascii="Times New Roman" w:hAnsi="Times New Roman" w:cs="Times New Roman"/>
          <w:b/>
          <w:noProof/>
          <w:sz w:val="24"/>
          <w:szCs w:val="24"/>
          <w:lang w:val="pt-BR"/>
        </w:rPr>
        <w:t>Mitigação:</w:t>
      </w:r>
      <w:r w:rsidRPr="00D92600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 "Garantimos o seu anonimato. As entrevistas gravadas em áudio serão transcritas e apagadas do dispositivo de gravação logo em seguida. No relatório final, utilizaremos nomes fictícios ou códigos (ex: Participante 1) para que ninguém consiga identificar você."</w:t>
      </w:r>
    </w:p>
    <w:p w:rsidR="005917F7" w:rsidRPr="005917F7" w:rsidRDefault="005917F7" w:rsidP="005917F7">
      <w:pPr>
        <w:jc w:val="both"/>
        <w:rPr>
          <w:rFonts w:ascii="Times New Roman" w:hAnsi="Times New Roman" w:cs="Times New Roman"/>
          <w:noProof/>
          <w:sz w:val="24"/>
          <w:szCs w:val="24"/>
          <w:lang w:val="pt-BR"/>
        </w:rPr>
      </w:pPr>
      <w:r w:rsidRPr="005917F7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• </w:t>
      </w:r>
      <w:r w:rsidRPr="00D92600">
        <w:rPr>
          <w:rFonts w:ascii="Times New Roman" w:hAnsi="Times New Roman" w:cs="Times New Roman"/>
          <w:b/>
          <w:noProof/>
          <w:sz w:val="24"/>
          <w:szCs w:val="24"/>
          <w:lang w:val="pt-BR"/>
        </w:rPr>
        <w:t>Risco de Desconforto Emocional:</w:t>
      </w:r>
      <w:r w:rsidRPr="005917F7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 "Algumas perguntas sobre [citar o tema sensível, ex: histórico de saúde, vivências profissionais, sentimentos] podem causar algum tipo de incômodo, cansaço ou constrangimento."</w:t>
      </w:r>
    </w:p>
    <w:p w:rsidR="005917F7" w:rsidRDefault="005917F7" w:rsidP="005917F7">
      <w:pPr>
        <w:jc w:val="both"/>
        <w:rPr>
          <w:rFonts w:ascii="Times New Roman" w:hAnsi="Times New Roman" w:cs="Times New Roman"/>
          <w:noProof/>
          <w:sz w:val="24"/>
          <w:szCs w:val="24"/>
          <w:lang w:val="pt-BR"/>
        </w:rPr>
      </w:pPr>
      <w:r w:rsidRPr="005917F7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• </w:t>
      </w:r>
      <w:r w:rsidRPr="00D92600">
        <w:rPr>
          <w:rFonts w:ascii="Times New Roman" w:hAnsi="Times New Roman" w:cs="Times New Roman"/>
          <w:b/>
          <w:noProof/>
          <w:sz w:val="24"/>
          <w:szCs w:val="24"/>
          <w:lang w:val="pt-BR"/>
        </w:rPr>
        <w:t>Mitigação:</w:t>
      </w:r>
      <w:r w:rsidRPr="005917F7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 "Você não é obrigado a responder a nenhuma pergunta que cause desconforto e tem total liberdade para desistir de participar a qualquer momento, fechando o navegador, sem sofrer qualquer tipo de penalidade."</w:t>
      </w:r>
    </w:p>
    <w:p w:rsidR="00D92600" w:rsidRPr="00D92600" w:rsidRDefault="00D92600" w:rsidP="00D92600">
      <w:pPr>
        <w:jc w:val="both"/>
        <w:rPr>
          <w:rFonts w:ascii="Times New Roman" w:hAnsi="Times New Roman" w:cs="Times New Roman"/>
          <w:noProof/>
          <w:sz w:val="24"/>
          <w:szCs w:val="24"/>
          <w:lang w:val="pt-BR"/>
        </w:rPr>
      </w:pPr>
      <w:r w:rsidRPr="00D92600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• </w:t>
      </w:r>
      <w:r w:rsidRPr="00D92600">
        <w:rPr>
          <w:rFonts w:ascii="Times New Roman" w:hAnsi="Times New Roman" w:cs="Times New Roman"/>
          <w:b/>
          <w:noProof/>
          <w:sz w:val="24"/>
          <w:szCs w:val="24"/>
          <w:lang w:val="pt-BR"/>
        </w:rPr>
        <w:t>Risco de Desconforto Físico ou Fadiga:</w:t>
      </w:r>
      <w:r w:rsidRPr="00D92600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 "A realização da entrevista/teste pode demandar tempo e causar cansaço."</w:t>
      </w:r>
    </w:p>
    <w:p w:rsidR="00D92600" w:rsidRDefault="00D92600" w:rsidP="00D92600">
      <w:pPr>
        <w:jc w:val="both"/>
        <w:rPr>
          <w:rFonts w:ascii="Times New Roman" w:hAnsi="Times New Roman" w:cs="Times New Roman"/>
          <w:noProof/>
          <w:sz w:val="24"/>
          <w:szCs w:val="24"/>
          <w:lang w:val="pt-BR"/>
        </w:rPr>
      </w:pPr>
      <w:r w:rsidRPr="00D92600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• </w:t>
      </w:r>
      <w:r w:rsidRPr="00D92600">
        <w:rPr>
          <w:rFonts w:ascii="Times New Roman" w:hAnsi="Times New Roman" w:cs="Times New Roman"/>
          <w:b/>
          <w:noProof/>
          <w:sz w:val="24"/>
          <w:szCs w:val="24"/>
          <w:lang w:val="pt-BR"/>
        </w:rPr>
        <w:t>Mitigação:</w:t>
      </w:r>
      <w:r w:rsidRPr="00D92600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 "A atividade será realizada em um local reservado e confortável. Se você se sentir cansado, poderá solicitar uma pausa ou interromper a sessão quando desejar."</w:t>
      </w:r>
    </w:p>
    <w:p w:rsidR="0021774B" w:rsidRPr="00C35AD2" w:rsidRDefault="00B8415F" w:rsidP="00A54EDA">
      <w:pPr>
        <w:pStyle w:val="Ttulo3"/>
        <w:jc w:val="both"/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</w:pPr>
      <w:r w:rsidRPr="00C35AD2"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  <w:t>5. Benefícios esperados</w:t>
      </w:r>
    </w:p>
    <w:p w:rsidR="0021774B" w:rsidRPr="00C35AD2" w:rsidRDefault="006C7656" w:rsidP="00A54EDA">
      <w:pPr>
        <w:jc w:val="both"/>
        <w:rPr>
          <w:rFonts w:ascii="Times New Roman" w:hAnsi="Times New Roman" w:cs="Times New Roman"/>
          <w:noProof/>
          <w:sz w:val="24"/>
          <w:szCs w:val="24"/>
          <w:lang w:val="pt-BR"/>
        </w:rPr>
      </w:pPr>
      <w:r w:rsidRPr="00C35AD2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Os benefícios que esperamos do estudo são </w:t>
      </w:r>
      <w:r w:rsidRPr="00C35AD2">
        <w:rPr>
          <w:rFonts w:ascii="Times New Roman" w:hAnsi="Times New Roman" w:cs="Times New Roman"/>
          <w:noProof/>
          <w:color w:val="FF0000"/>
          <w:sz w:val="24"/>
          <w:szCs w:val="24"/>
          <w:lang w:val="pt-BR"/>
        </w:rPr>
        <w:t>(</w:t>
      </w:r>
      <w:r w:rsidR="00B8415F" w:rsidRPr="00C35AD2">
        <w:rPr>
          <w:rFonts w:ascii="Times New Roman" w:hAnsi="Times New Roman" w:cs="Times New Roman"/>
          <w:noProof/>
          <w:color w:val="FF0000"/>
          <w:sz w:val="24"/>
          <w:szCs w:val="24"/>
          <w:lang w:val="pt-BR"/>
        </w:rPr>
        <w:t>Descrever benefícios diretos ou i</w:t>
      </w:r>
      <w:r w:rsidRPr="00C35AD2">
        <w:rPr>
          <w:rFonts w:ascii="Times New Roman" w:hAnsi="Times New Roman" w:cs="Times New Roman"/>
          <w:noProof/>
          <w:color w:val="FF0000"/>
          <w:sz w:val="24"/>
          <w:szCs w:val="24"/>
          <w:lang w:val="pt-BR"/>
        </w:rPr>
        <w:t>ndiretos esperados com o estudo).</w:t>
      </w:r>
    </w:p>
    <w:p w:rsidR="0021774B" w:rsidRPr="00C35AD2" w:rsidRDefault="00B8415F" w:rsidP="00A54EDA">
      <w:pPr>
        <w:pStyle w:val="Ttulo3"/>
        <w:jc w:val="both"/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</w:pPr>
      <w:r w:rsidRPr="00C35AD2"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  <w:t>6. Alternativas à participação</w:t>
      </w:r>
    </w:p>
    <w:p w:rsidR="0021774B" w:rsidRPr="00C35AD2" w:rsidRDefault="00B8415F" w:rsidP="00A54EDA">
      <w:pPr>
        <w:jc w:val="both"/>
        <w:rPr>
          <w:rFonts w:ascii="Times New Roman" w:hAnsi="Times New Roman" w:cs="Times New Roman"/>
          <w:noProof/>
          <w:sz w:val="24"/>
          <w:szCs w:val="24"/>
          <w:lang w:val="pt-BR"/>
        </w:rPr>
      </w:pPr>
      <w:r w:rsidRPr="00C35AD2">
        <w:rPr>
          <w:rFonts w:ascii="Times New Roman" w:hAnsi="Times New Roman" w:cs="Times New Roman"/>
          <w:noProof/>
          <w:sz w:val="24"/>
          <w:szCs w:val="24"/>
          <w:lang w:val="pt-BR"/>
        </w:rPr>
        <w:t>Caso você não queira participar da pesquisa, isso não trará nenhum prejuízo ao seu atendimento ou acompanhamento.</w:t>
      </w:r>
    </w:p>
    <w:p w:rsidR="0021774B" w:rsidRPr="00C35AD2" w:rsidRDefault="00B8415F" w:rsidP="00A54EDA">
      <w:pPr>
        <w:pStyle w:val="Ttulo3"/>
        <w:jc w:val="both"/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</w:pPr>
      <w:r w:rsidRPr="00C35AD2"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  <w:t>7. Esclarecimentos e contato com o pesquisador</w:t>
      </w:r>
    </w:p>
    <w:p w:rsidR="0021774B" w:rsidRPr="00C35AD2" w:rsidRDefault="00B8415F" w:rsidP="00A54EDA">
      <w:pPr>
        <w:jc w:val="both"/>
        <w:rPr>
          <w:rFonts w:ascii="Times New Roman" w:hAnsi="Times New Roman" w:cs="Times New Roman"/>
          <w:noProof/>
          <w:sz w:val="24"/>
          <w:szCs w:val="24"/>
          <w:lang w:val="pt-BR"/>
        </w:rPr>
      </w:pPr>
      <w:r w:rsidRPr="00C35AD2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Você pode esclarecer dúvidas a qualquer momento entrando em contato com o pesquisador responsável: </w:t>
      </w:r>
      <w:r w:rsidRPr="00C35AD2">
        <w:rPr>
          <w:rFonts w:ascii="Times New Roman" w:hAnsi="Times New Roman" w:cs="Times New Roman"/>
          <w:noProof/>
          <w:color w:val="FF0000"/>
          <w:sz w:val="24"/>
          <w:szCs w:val="24"/>
          <w:lang w:val="pt-BR"/>
        </w:rPr>
        <w:t>NOME, TELEFONE, E-MAIL</w:t>
      </w:r>
    </w:p>
    <w:p w:rsidR="0021774B" w:rsidRPr="00C35AD2" w:rsidRDefault="00B8415F" w:rsidP="00A54EDA">
      <w:pPr>
        <w:pStyle w:val="Ttulo3"/>
        <w:jc w:val="both"/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</w:pPr>
      <w:r w:rsidRPr="00C35AD2"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  <w:t>8. Assistência em caso de problemas</w:t>
      </w:r>
    </w:p>
    <w:p w:rsidR="0021774B" w:rsidRPr="00C35AD2" w:rsidRDefault="00B8415F" w:rsidP="00A54EDA">
      <w:pPr>
        <w:jc w:val="both"/>
        <w:rPr>
          <w:rFonts w:ascii="Times New Roman" w:hAnsi="Times New Roman" w:cs="Times New Roman"/>
          <w:noProof/>
          <w:sz w:val="24"/>
          <w:szCs w:val="24"/>
          <w:lang w:val="pt-BR"/>
        </w:rPr>
      </w:pPr>
      <w:r w:rsidRPr="00C35AD2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Em caso de problemas relacionados à pesquisa, você terá direito à assistência gratuita, que será prestada por </w:t>
      </w:r>
      <w:r w:rsidR="005917F7" w:rsidRPr="005917F7">
        <w:rPr>
          <w:rFonts w:ascii="Times New Roman" w:hAnsi="Times New Roman" w:cs="Times New Roman"/>
          <w:noProof/>
          <w:color w:val="FF0000"/>
          <w:sz w:val="24"/>
          <w:szCs w:val="24"/>
          <w:lang w:val="pt-BR"/>
        </w:rPr>
        <w:t>(</w:t>
      </w:r>
      <w:r w:rsidR="005917F7">
        <w:rPr>
          <w:rFonts w:ascii="Times New Roman" w:hAnsi="Times New Roman" w:cs="Times New Roman"/>
          <w:noProof/>
          <w:color w:val="FF0000"/>
          <w:sz w:val="24"/>
          <w:szCs w:val="24"/>
          <w:lang w:val="pt-BR"/>
        </w:rPr>
        <w:t>Descrever onde e como)</w:t>
      </w:r>
    </w:p>
    <w:p w:rsidR="0021774B" w:rsidRPr="00C35AD2" w:rsidRDefault="00B8415F" w:rsidP="00A54EDA">
      <w:pPr>
        <w:pStyle w:val="Ttulo3"/>
        <w:jc w:val="both"/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</w:pPr>
      <w:r w:rsidRPr="00C35AD2"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  <w:lastRenderedPageBreak/>
        <w:t>9. Voluntariedade</w:t>
      </w:r>
    </w:p>
    <w:p w:rsidR="0021774B" w:rsidRDefault="00B8415F" w:rsidP="00A54EDA">
      <w:pPr>
        <w:jc w:val="both"/>
        <w:rPr>
          <w:rFonts w:ascii="Times New Roman" w:hAnsi="Times New Roman" w:cs="Times New Roman"/>
          <w:noProof/>
          <w:sz w:val="24"/>
          <w:szCs w:val="24"/>
          <w:lang w:val="pt-BR"/>
        </w:rPr>
      </w:pPr>
      <w:r w:rsidRPr="00C35AD2">
        <w:rPr>
          <w:rFonts w:ascii="Times New Roman" w:hAnsi="Times New Roman" w:cs="Times New Roman"/>
          <w:noProof/>
          <w:sz w:val="24"/>
          <w:szCs w:val="24"/>
          <w:lang w:val="pt-BR"/>
        </w:rPr>
        <w:t>Sua participação é voluntária. Você pode recusar participar ou desistir a qualquer momento, sem prejuízos.</w:t>
      </w:r>
    </w:p>
    <w:p w:rsidR="005917F7" w:rsidRPr="00C35AD2" w:rsidRDefault="005917F7" w:rsidP="005917F7">
      <w:pPr>
        <w:pStyle w:val="Ttulo3"/>
        <w:jc w:val="both"/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</w:pPr>
      <w:r w:rsidRPr="00C35AD2"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  <w:t xml:space="preserve">10. </w:t>
      </w:r>
      <w:r w:rsidR="00E10FCF" w:rsidRPr="00E10FCF">
        <w:rPr>
          <w:rFonts w:ascii="Times New Roman" w:hAnsi="Times New Roman" w:cs="Times New Roman"/>
          <w:noProof/>
          <w:color w:val="auto"/>
          <w:sz w:val="24"/>
          <w:szCs w:val="24"/>
        </w:rPr>
        <w:t>Indenização</w:t>
      </w:r>
    </w:p>
    <w:p w:rsidR="005917F7" w:rsidRDefault="000A5377" w:rsidP="005917F7">
      <w:pPr>
        <w:jc w:val="both"/>
        <w:rPr>
          <w:rFonts w:ascii="Times New Roman" w:hAnsi="Times New Roman" w:cs="Times New Roman"/>
          <w:noProof/>
          <w:color w:val="FF0000"/>
          <w:sz w:val="24"/>
          <w:szCs w:val="24"/>
        </w:rPr>
      </w:pPr>
      <w:r w:rsidRPr="000A5377">
        <w:rPr>
          <w:rFonts w:ascii="Times New Roman" w:hAnsi="Times New Roman" w:cs="Times New Roman"/>
          <w:noProof/>
          <w:color w:val="FF0000"/>
          <w:sz w:val="24"/>
          <w:szCs w:val="24"/>
        </w:rPr>
        <w:t xml:space="preserve">A inclusão desta cláusula é uma exigência legal e ética no Brasil (regulamentada pela </w:t>
      </w:r>
      <w:r w:rsidRPr="000A5377">
        <w:rPr>
          <w:rFonts w:ascii="Times New Roman" w:hAnsi="Times New Roman" w:cs="Times New Roman"/>
          <w:bCs/>
          <w:noProof/>
          <w:color w:val="FF0000"/>
          <w:sz w:val="24"/>
          <w:szCs w:val="24"/>
        </w:rPr>
        <w:t>Lei nº 14.874/2024</w:t>
      </w:r>
      <w:r w:rsidRPr="000A5377">
        <w:rPr>
          <w:rFonts w:ascii="Times New Roman" w:hAnsi="Times New Roman" w:cs="Times New Roman"/>
          <w:noProof/>
          <w:color w:val="FF0000"/>
          <w:sz w:val="24"/>
          <w:szCs w:val="24"/>
        </w:rPr>
        <w:t xml:space="preserve"> e pela </w:t>
      </w:r>
      <w:r w:rsidRPr="000A5377">
        <w:rPr>
          <w:rFonts w:ascii="Times New Roman" w:hAnsi="Times New Roman" w:cs="Times New Roman"/>
          <w:bCs/>
          <w:noProof/>
          <w:color w:val="FF0000"/>
          <w:sz w:val="24"/>
          <w:szCs w:val="24"/>
        </w:rPr>
        <w:t>Resolução CNS nº 466/2012</w:t>
      </w:r>
      <w:r w:rsidRPr="000A5377">
        <w:rPr>
          <w:rFonts w:ascii="Times New Roman" w:hAnsi="Times New Roman" w:cs="Times New Roman"/>
          <w:noProof/>
          <w:color w:val="FF0000"/>
          <w:sz w:val="24"/>
          <w:szCs w:val="24"/>
        </w:rPr>
        <w:t>).</w:t>
      </w:r>
    </w:p>
    <w:p w:rsidR="000A5377" w:rsidRDefault="000A5377" w:rsidP="000A5377">
      <w:pPr>
        <w:jc w:val="both"/>
        <w:rPr>
          <w:rFonts w:ascii="Times New Roman" w:hAnsi="Times New Roman" w:cs="Times New Roman"/>
          <w:noProof/>
          <w:sz w:val="24"/>
          <w:szCs w:val="24"/>
          <w:lang w:val="pt-BR"/>
        </w:rPr>
      </w:pPr>
      <w:r>
        <w:rPr>
          <w:rFonts w:ascii="Times New Roman" w:hAnsi="Times New Roman" w:cs="Times New Roman"/>
          <w:noProof/>
          <w:sz w:val="24"/>
          <w:szCs w:val="24"/>
          <w:lang w:val="pt-BR"/>
        </w:rPr>
        <w:t>Exemplos de texto base:</w:t>
      </w:r>
    </w:p>
    <w:p w:rsidR="000A5377" w:rsidRDefault="000A5377" w:rsidP="005917F7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A5377">
        <w:rPr>
          <w:rFonts w:ascii="Times New Roman" w:hAnsi="Times New Roman" w:cs="Times New Roman"/>
          <w:noProof/>
          <w:sz w:val="24"/>
          <w:szCs w:val="24"/>
        </w:rPr>
        <w:t xml:space="preserve">Se você sofrer qualquer dano ou prejuízo (seja físico, material, psicológico ou moral) causado por esta pesquisa, você tem o direito garantido por lei de receber assistência imediata e gratuita, além </w:t>
      </w:r>
      <w:r>
        <w:rPr>
          <w:rFonts w:ascii="Times New Roman" w:hAnsi="Times New Roman" w:cs="Times New Roman"/>
          <w:noProof/>
          <w:sz w:val="24"/>
          <w:szCs w:val="24"/>
        </w:rPr>
        <w:t>de ser indenizado integralmente.</w:t>
      </w:r>
    </w:p>
    <w:p w:rsidR="002A3A80" w:rsidRPr="002A3A80" w:rsidRDefault="002A3A80" w:rsidP="002A3A80">
      <w:pPr>
        <w:jc w:val="both"/>
        <w:rPr>
          <w:rFonts w:ascii="Times New Roman" w:hAnsi="Times New Roman" w:cs="Times New Roman"/>
          <w:noProof/>
          <w:sz w:val="24"/>
          <w:szCs w:val="24"/>
          <w:lang w:val="pt-BR"/>
        </w:rPr>
      </w:pPr>
      <w:r w:rsidRPr="002A3A80">
        <w:rPr>
          <w:rFonts w:ascii="Times New Roman" w:hAnsi="Times New Roman" w:cs="Times New Roman"/>
          <w:noProof/>
          <w:sz w:val="24"/>
          <w:szCs w:val="24"/>
          <w:lang w:val="pt-BR"/>
        </w:rPr>
        <w:t>(Mantenha apenas o parágrafo correspondente ao seu tipo de estudo):</w:t>
      </w:r>
    </w:p>
    <w:p w:rsidR="002A3A80" w:rsidRPr="002A3A80" w:rsidRDefault="002A3A80" w:rsidP="002A3A80">
      <w:pPr>
        <w:jc w:val="both"/>
        <w:rPr>
          <w:rFonts w:ascii="Times New Roman" w:hAnsi="Times New Roman" w:cs="Times New Roman"/>
          <w:noProof/>
          <w:sz w:val="24"/>
          <w:szCs w:val="24"/>
          <w:lang w:val="pt-BR"/>
        </w:rPr>
      </w:pPr>
      <w:r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• </w:t>
      </w:r>
      <w:r w:rsidRPr="002A3A80">
        <w:rPr>
          <w:rFonts w:ascii="Times New Roman" w:hAnsi="Times New Roman" w:cs="Times New Roman"/>
          <w:b/>
          <w:noProof/>
          <w:sz w:val="24"/>
          <w:szCs w:val="24"/>
          <w:lang w:val="pt-BR"/>
        </w:rPr>
        <w:t>Para Estudo Clínico / Intervencionista</w:t>
      </w:r>
      <w:r w:rsidRPr="002A3A80">
        <w:rPr>
          <w:rFonts w:ascii="Times New Roman" w:hAnsi="Times New Roman" w:cs="Times New Roman"/>
          <w:noProof/>
          <w:sz w:val="24"/>
          <w:szCs w:val="24"/>
          <w:lang w:val="pt-BR"/>
        </w:rPr>
        <w:t>: Você receberá atendimento médico, exames e tratamentos gratuitos imediatos fornecidos pela equipe de pesquisa para tratar qualquer complicação ou efeito colateral decorrente do estudo.</w:t>
      </w:r>
    </w:p>
    <w:p w:rsidR="002A3A80" w:rsidRPr="000A5377" w:rsidRDefault="002A3A80" w:rsidP="002A3A80">
      <w:pPr>
        <w:jc w:val="both"/>
        <w:rPr>
          <w:rFonts w:ascii="Times New Roman" w:hAnsi="Times New Roman" w:cs="Times New Roman"/>
          <w:noProof/>
          <w:sz w:val="24"/>
          <w:szCs w:val="24"/>
          <w:lang w:val="pt-BR"/>
        </w:rPr>
      </w:pPr>
      <w:r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• </w:t>
      </w:r>
      <w:r w:rsidRPr="002A3A80">
        <w:rPr>
          <w:rFonts w:ascii="Times New Roman" w:hAnsi="Times New Roman" w:cs="Times New Roman"/>
          <w:b/>
          <w:noProof/>
          <w:sz w:val="24"/>
          <w:szCs w:val="24"/>
          <w:lang w:val="pt-BR"/>
        </w:rPr>
        <w:t>Para Estudo Observacional / Social</w:t>
      </w:r>
      <w:r w:rsidRPr="002A3A80">
        <w:rPr>
          <w:rFonts w:ascii="Times New Roman" w:hAnsi="Times New Roman" w:cs="Times New Roman"/>
          <w:noProof/>
          <w:sz w:val="24"/>
          <w:szCs w:val="24"/>
          <w:lang w:val="pt-BR"/>
        </w:rPr>
        <w:t>: Caso ocorra qualquer quebra de sigilo das suas informações, constrangimento ou desconforto emocional devido à pesquisa, você terá direito ao suporte necessário</w:t>
      </w:r>
    </w:p>
    <w:p w:rsidR="0021774B" w:rsidRPr="00C35AD2" w:rsidRDefault="005917F7" w:rsidP="00A54EDA">
      <w:pPr>
        <w:pStyle w:val="Ttulo3"/>
        <w:jc w:val="both"/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  <w:t>11</w:t>
      </w:r>
      <w:r w:rsidR="00B8415F" w:rsidRPr="00C35AD2"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  <w:t>. Despesas e ressarcimento</w:t>
      </w:r>
    </w:p>
    <w:p w:rsidR="0021774B" w:rsidRPr="00C35AD2" w:rsidRDefault="00B8415F" w:rsidP="00A54EDA">
      <w:pPr>
        <w:jc w:val="both"/>
        <w:rPr>
          <w:rFonts w:ascii="Times New Roman" w:hAnsi="Times New Roman" w:cs="Times New Roman"/>
          <w:noProof/>
          <w:sz w:val="24"/>
          <w:szCs w:val="24"/>
          <w:lang w:val="pt-BR"/>
        </w:rPr>
      </w:pPr>
      <w:r w:rsidRPr="00C35AD2">
        <w:rPr>
          <w:rFonts w:ascii="Times New Roman" w:hAnsi="Times New Roman" w:cs="Times New Roman"/>
          <w:noProof/>
          <w:sz w:val="24"/>
          <w:szCs w:val="24"/>
          <w:lang w:val="pt-BR"/>
        </w:rPr>
        <w:t>Se houver despesas com transporte e/ou alimentação decorrentes da pesquisa, você será ressarcido(a).</w:t>
      </w:r>
    </w:p>
    <w:p w:rsidR="0021774B" w:rsidRPr="00C35AD2" w:rsidRDefault="005917F7" w:rsidP="00A54EDA">
      <w:pPr>
        <w:pStyle w:val="Ttulo3"/>
        <w:jc w:val="both"/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  <w:t>12</w:t>
      </w:r>
      <w:r w:rsidR="00B8415F" w:rsidRPr="00C35AD2"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  <w:t>. Confidencialidade e uso dos dados</w:t>
      </w:r>
    </w:p>
    <w:p w:rsidR="0021774B" w:rsidRPr="00C35AD2" w:rsidRDefault="00B8415F" w:rsidP="00A54EDA">
      <w:pPr>
        <w:jc w:val="both"/>
        <w:rPr>
          <w:rFonts w:ascii="Times New Roman" w:hAnsi="Times New Roman" w:cs="Times New Roman"/>
          <w:noProof/>
          <w:sz w:val="24"/>
          <w:szCs w:val="24"/>
          <w:lang w:val="pt-BR"/>
        </w:rPr>
      </w:pPr>
      <w:r w:rsidRPr="00C35AD2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As informações coletadas serão confidenciais e utilizadas apenas para fins científicos. </w:t>
      </w:r>
      <w:r w:rsidRPr="00C35AD2">
        <w:rPr>
          <w:rFonts w:ascii="Times New Roman" w:hAnsi="Times New Roman" w:cs="Times New Roman"/>
          <w:b/>
          <w:noProof/>
          <w:sz w:val="24"/>
          <w:szCs w:val="24"/>
          <w:lang w:val="pt-BR"/>
        </w:rPr>
        <w:t xml:space="preserve">Os dados pessoais, prontuário, imagens, exames, diagnósticos e material biológico, se aplicável, serão utilizados exclusivamente para esta pesquisa, conforme a </w:t>
      </w:r>
      <w:r w:rsidR="006C7656" w:rsidRPr="00C35AD2">
        <w:rPr>
          <w:rFonts w:ascii="Times New Roman" w:hAnsi="Times New Roman" w:cs="Times New Roman"/>
          <w:b/>
          <w:noProof/>
          <w:sz w:val="24"/>
          <w:szCs w:val="24"/>
          <w:lang w:val="pt-BR"/>
        </w:rPr>
        <w:t>Lei Geral de Proteção de Dados Pessoais (LGPD)</w:t>
      </w:r>
      <w:r w:rsidRPr="00C35AD2">
        <w:rPr>
          <w:rFonts w:ascii="Times New Roman" w:hAnsi="Times New Roman" w:cs="Times New Roman"/>
          <w:b/>
          <w:noProof/>
          <w:sz w:val="24"/>
          <w:szCs w:val="24"/>
          <w:lang w:val="pt-BR"/>
        </w:rPr>
        <w:t>.</w:t>
      </w:r>
    </w:p>
    <w:p w:rsidR="0021774B" w:rsidRPr="00C35AD2" w:rsidRDefault="005917F7" w:rsidP="00A54EDA">
      <w:pPr>
        <w:pStyle w:val="Ttulo3"/>
        <w:jc w:val="both"/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  <w:t>13</w:t>
      </w:r>
      <w:r w:rsidR="00B8415F" w:rsidRPr="00C35AD2"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  <w:t>. Comitê de Ética em Pesquisa</w:t>
      </w:r>
    </w:p>
    <w:p w:rsidR="0021774B" w:rsidRPr="00D972F8" w:rsidRDefault="00B8415F" w:rsidP="00A54EDA">
      <w:pPr>
        <w:jc w:val="both"/>
        <w:rPr>
          <w:rFonts w:ascii="Times New Roman" w:hAnsi="Times New Roman" w:cs="Times New Roman"/>
          <w:noProof/>
          <w:color w:val="FF0000"/>
          <w:sz w:val="24"/>
          <w:szCs w:val="24"/>
          <w:lang w:val="pt-BR"/>
        </w:rPr>
      </w:pPr>
      <w:r w:rsidRPr="00C35AD2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Em caso de dúvidas sobre seus direitos, você pode entrar em contato com o Comitê de Ética em Pesquisa: </w:t>
      </w:r>
      <w:r w:rsidRPr="00C35AD2">
        <w:rPr>
          <w:rFonts w:ascii="Times New Roman" w:hAnsi="Times New Roman" w:cs="Times New Roman"/>
          <w:noProof/>
          <w:color w:val="FF0000"/>
          <w:sz w:val="24"/>
          <w:szCs w:val="24"/>
          <w:lang w:val="pt-BR"/>
        </w:rPr>
        <w:t>ENDEREÇO, TELEFONE, E-MAIL, HORÁRIO</w:t>
      </w:r>
      <w:r w:rsidR="006C7656" w:rsidRPr="00C35AD2">
        <w:rPr>
          <w:rFonts w:ascii="Times New Roman" w:hAnsi="Times New Roman" w:cs="Times New Roman"/>
          <w:noProof/>
          <w:color w:val="FF0000"/>
          <w:sz w:val="24"/>
          <w:szCs w:val="24"/>
          <w:lang w:val="pt-BR"/>
        </w:rPr>
        <w:t>.</w:t>
      </w:r>
      <w:r w:rsidR="006C7656" w:rsidRPr="00C35AD2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 O Comitê de Ética é um órgão independente constituído de profissionais das diferentes áreas do conhecimento e membros da comunidade. Sua responsabilidade é garantir a proteção dos direitos, a segurança e o bem-estar dos participantes.</w:t>
      </w:r>
      <w:r w:rsidR="00D972F8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 </w:t>
      </w:r>
      <w:r w:rsidR="00D972F8">
        <w:rPr>
          <w:rFonts w:ascii="Times New Roman" w:hAnsi="Times New Roman" w:cs="Times New Roman"/>
          <w:noProof/>
          <w:color w:val="FF0000"/>
          <w:sz w:val="24"/>
          <w:szCs w:val="24"/>
        </w:rPr>
        <w:t>S</w:t>
      </w:r>
      <w:r w:rsidR="00D972F8" w:rsidRPr="00D972F8">
        <w:rPr>
          <w:rFonts w:ascii="Times New Roman" w:hAnsi="Times New Roman" w:cs="Times New Roman"/>
          <w:noProof/>
          <w:color w:val="FF0000"/>
          <w:sz w:val="24"/>
          <w:szCs w:val="24"/>
        </w:rPr>
        <w:t>e o estudo for multicê</w:t>
      </w:r>
      <w:r w:rsidR="00D972F8">
        <w:rPr>
          <w:rFonts w:ascii="Times New Roman" w:hAnsi="Times New Roman" w:cs="Times New Roman"/>
          <w:noProof/>
          <w:color w:val="FF0000"/>
          <w:sz w:val="24"/>
          <w:szCs w:val="24"/>
        </w:rPr>
        <w:t xml:space="preserve">ntrico e </w:t>
      </w:r>
      <w:r w:rsidR="00D972F8">
        <w:rPr>
          <w:rFonts w:ascii="Times New Roman" w:hAnsi="Times New Roman" w:cs="Times New Roman"/>
          <w:noProof/>
          <w:color w:val="FF0000"/>
          <w:sz w:val="24"/>
          <w:szCs w:val="24"/>
        </w:rPr>
        <w:lastRenderedPageBreak/>
        <w:t>houver um comitê na</w:t>
      </w:r>
      <w:r w:rsidR="00D972F8" w:rsidRPr="00D972F8">
        <w:rPr>
          <w:rFonts w:ascii="Times New Roman" w:hAnsi="Times New Roman" w:cs="Times New Roman"/>
          <w:noProof/>
          <w:color w:val="FF0000"/>
          <w:sz w:val="24"/>
          <w:szCs w:val="24"/>
        </w:rPr>
        <w:t xml:space="preserve"> instituição local</w:t>
      </w:r>
      <w:r w:rsidR="00D972F8">
        <w:rPr>
          <w:rFonts w:ascii="Times New Roman" w:hAnsi="Times New Roman" w:cs="Times New Roman"/>
          <w:noProof/>
          <w:color w:val="FF0000"/>
          <w:sz w:val="24"/>
          <w:szCs w:val="24"/>
        </w:rPr>
        <w:t xml:space="preserve"> participante, pode-se acrescentar o contato local de modo complementar.</w:t>
      </w:r>
      <w:r w:rsidR="00D972F8" w:rsidRPr="00D972F8">
        <w:rPr>
          <w:rFonts w:ascii="Times New Roman" w:hAnsi="Times New Roman" w:cs="Times New Roman"/>
          <w:noProof/>
          <w:color w:val="FF0000"/>
          <w:sz w:val="24"/>
          <w:szCs w:val="24"/>
        </w:rPr>
        <w:t>)</w:t>
      </w:r>
    </w:p>
    <w:p w:rsidR="0021774B" w:rsidRPr="00C35AD2" w:rsidRDefault="005917F7" w:rsidP="00A54EDA">
      <w:pPr>
        <w:pStyle w:val="Ttulo3"/>
        <w:jc w:val="both"/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  <w:t>14</w:t>
      </w:r>
      <w:r w:rsidR="00B8415F" w:rsidRPr="00C35AD2"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  <w:t>. Declaração de consentimento</w:t>
      </w:r>
    </w:p>
    <w:p w:rsidR="0021774B" w:rsidRPr="00C35AD2" w:rsidRDefault="00B8415F" w:rsidP="00A54EDA">
      <w:pPr>
        <w:jc w:val="both"/>
        <w:rPr>
          <w:rFonts w:ascii="Times New Roman" w:hAnsi="Times New Roman" w:cs="Times New Roman"/>
          <w:noProof/>
          <w:sz w:val="24"/>
          <w:szCs w:val="24"/>
          <w:lang w:val="pt-BR"/>
        </w:rPr>
      </w:pPr>
      <w:r w:rsidRPr="00C35AD2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Declaro que li (ou ouvi a leitura) deste termo, tive oportunidade de fazer perguntas e recebi respostas claras. </w:t>
      </w:r>
      <w:r w:rsidR="00C35AD2" w:rsidRPr="00C35AD2">
        <w:rPr>
          <w:rFonts w:ascii="Times New Roman" w:hAnsi="Times New Roman" w:cs="Times New Roman"/>
          <w:noProof/>
          <w:sz w:val="24"/>
          <w:szCs w:val="24"/>
          <w:lang w:val="pt-BR"/>
        </w:rPr>
        <w:t>Concorde</w:t>
      </w:r>
      <w:r w:rsidRPr="00C35AD2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 voluntariamen</w:t>
      </w:r>
      <w:r w:rsidR="00A54EDA" w:rsidRPr="00C35AD2">
        <w:rPr>
          <w:rFonts w:ascii="Times New Roman" w:hAnsi="Times New Roman" w:cs="Times New Roman"/>
          <w:noProof/>
          <w:sz w:val="24"/>
          <w:szCs w:val="24"/>
          <w:lang w:val="pt-BR"/>
        </w:rPr>
        <w:t>te em participar desta pesquisa, ficando claro para mim que minha participação é voluntária e que posso retirar este consentimento a qualquer momento sem penalidades ou perda de qualquer benefício. Estou ciente também dos objetivos da pesquisa, dos procedimentos aos quais serei submetido, dos possíveis danos ou riscos deles provenientes e da garantia de confidencialidade e esclarecimentos sempre que desejar.</w:t>
      </w:r>
    </w:p>
    <w:p w:rsidR="0021774B" w:rsidRPr="00C35AD2" w:rsidRDefault="00B8415F" w:rsidP="00A54EDA">
      <w:pPr>
        <w:rPr>
          <w:rFonts w:ascii="Times New Roman" w:hAnsi="Times New Roman" w:cs="Times New Roman"/>
          <w:noProof/>
          <w:sz w:val="24"/>
          <w:szCs w:val="24"/>
          <w:lang w:val="pt-BR"/>
        </w:rPr>
      </w:pPr>
      <w:r w:rsidRPr="00C35AD2">
        <w:rPr>
          <w:rFonts w:ascii="Times New Roman" w:hAnsi="Times New Roman" w:cs="Times New Roman"/>
          <w:noProof/>
          <w:sz w:val="24"/>
          <w:szCs w:val="24"/>
          <w:lang w:val="pt-BR"/>
        </w:rPr>
        <w:br/>
        <w:t>Nome do participante: ________________________________</w:t>
      </w:r>
    </w:p>
    <w:p w:rsidR="0021774B" w:rsidRPr="00C35AD2" w:rsidRDefault="00B8415F" w:rsidP="00A54EDA">
      <w:pPr>
        <w:rPr>
          <w:rFonts w:ascii="Times New Roman" w:hAnsi="Times New Roman" w:cs="Times New Roman"/>
          <w:noProof/>
          <w:sz w:val="24"/>
          <w:szCs w:val="24"/>
          <w:lang w:val="pt-BR"/>
        </w:rPr>
      </w:pPr>
      <w:r w:rsidRPr="00C35AD2">
        <w:rPr>
          <w:rFonts w:ascii="Times New Roman" w:hAnsi="Times New Roman" w:cs="Times New Roman"/>
          <w:noProof/>
          <w:sz w:val="24"/>
          <w:szCs w:val="24"/>
          <w:lang w:val="pt-BR"/>
        </w:rPr>
        <w:t>Assinatura do participante ou representante legal: ________________________________</w:t>
      </w:r>
    </w:p>
    <w:p w:rsidR="0021774B" w:rsidRPr="00C35AD2" w:rsidRDefault="00B8415F" w:rsidP="00A54EDA">
      <w:pPr>
        <w:rPr>
          <w:rFonts w:ascii="Times New Roman" w:hAnsi="Times New Roman" w:cs="Times New Roman"/>
          <w:noProof/>
          <w:sz w:val="24"/>
          <w:szCs w:val="24"/>
          <w:lang w:val="pt-BR"/>
        </w:rPr>
      </w:pPr>
      <w:r w:rsidRPr="00C35AD2">
        <w:rPr>
          <w:rFonts w:ascii="Times New Roman" w:hAnsi="Times New Roman" w:cs="Times New Roman"/>
          <w:noProof/>
          <w:sz w:val="24"/>
          <w:szCs w:val="24"/>
          <w:lang w:val="pt-BR"/>
        </w:rPr>
        <w:t>Data: ____/____/________</w:t>
      </w:r>
    </w:p>
    <w:p w:rsidR="0021774B" w:rsidRPr="00C35AD2" w:rsidRDefault="00B8415F" w:rsidP="00A54EDA">
      <w:pPr>
        <w:jc w:val="both"/>
        <w:rPr>
          <w:rFonts w:ascii="Times New Roman" w:hAnsi="Times New Roman" w:cs="Times New Roman"/>
          <w:noProof/>
          <w:sz w:val="24"/>
          <w:szCs w:val="24"/>
          <w:lang w:val="pt-BR"/>
        </w:rPr>
      </w:pPr>
      <w:r w:rsidRPr="00C35AD2">
        <w:rPr>
          <w:rFonts w:ascii="Times New Roman" w:hAnsi="Times New Roman" w:cs="Times New Roman"/>
          <w:noProof/>
          <w:sz w:val="24"/>
          <w:szCs w:val="24"/>
          <w:lang w:val="pt-BR"/>
        </w:rPr>
        <w:br/>
        <w:t>Assinatura de uma testemunha: ________________________________</w:t>
      </w:r>
    </w:p>
    <w:p w:rsidR="0021774B" w:rsidRPr="00C35AD2" w:rsidRDefault="00B8415F" w:rsidP="00A54EDA">
      <w:pPr>
        <w:jc w:val="both"/>
        <w:rPr>
          <w:rFonts w:ascii="Times New Roman" w:hAnsi="Times New Roman" w:cs="Times New Roman"/>
          <w:noProof/>
          <w:sz w:val="24"/>
          <w:szCs w:val="24"/>
          <w:lang w:val="pt-BR"/>
        </w:rPr>
      </w:pPr>
      <w:r w:rsidRPr="00C35AD2">
        <w:rPr>
          <w:rFonts w:ascii="Times New Roman" w:hAnsi="Times New Roman" w:cs="Times New Roman"/>
          <w:noProof/>
          <w:sz w:val="24"/>
          <w:szCs w:val="24"/>
          <w:lang w:val="pt-BR"/>
        </w:rPr>
        <w:br/>
        <w:t>Declaração do pesquisador responsável:</w:t>
      </w:r>
    </w:p>
    <w:p w:rsidR="0021774B" w:rsidRPr="00C35AD2" w:rsidRDefault="00B8415F" w:rsidP="00A54EDA">
      <w:pPr>
        <w:jc w:val="both"/>
        <w:rPr>
          <w:rFonts w:ascii="Times New Roman" w:hAnsi="Times New Roman" w:cs="Times New Roman"/>
          <w:noProof/>
          <w:sz w:val="24"/>
          <w:szCs w:val="24"/>
          <w:lang w:val="pt-BR"/>
        </w:rPr>
      </w:pPr>
      <w:r w:rsidRPr="00C35AD2">
        <w:rPr>
          <w:rFonts w:ascii="Times New Roman" w:hAnsi="Times New Roman" w:cs="Times New Roman"/>
          <w:noProof/>
          <w:sz w:val="24"/>
          <w:szCs w:val="24"/>
          <w:lang w:val="pt-BR"/>
        </w:rPr>
        <w:t>Declaro que expliquei todas as informações deste estudo ao participante, garantindo compreensão adequada.</w:t>
      </w:r>
    </w:p>
    <w:p w:rsidR="0021774B" w:rsidRPr="00C35AD2" w:rsidRDefault="00B8415F" w:rsidP="00A54EDA">
      <w:pPr>
        <w:jc w:val="both"/>
        <w:rPr>
          <w:rFonts w:ascii="Times New Roman" w:hAnsi="Times New Roman" w:cs="Times New Roman"/>
          <w:noProof/>
          <w:sz w:val="24"/>
          <w:szCs w:val="24"/>
          <w:lang w:val="pt-BR"/>
        </w:rPr>
      </w:pPr>
      <w:r w:rsidRPr="00C35AD2">
        <w:rPr>
          <w:rFonts w:ascii="Times New Roman" w:hAnsi="Times New Roman" w:cs="Times New Roman"/>
          <w:noProof/>
          <w:sz w:val="24"/>
          <w:szCs w:val="24"/>
          <w:lang w:val="pt-BR"/>
        </w:rPr>
        <w:br/>
        <w:t>Assinatura do pesquisador: ________________________________</w:t>
      </w:r>
    </w:p>
    <w:p w:rsidR="0021774B" w:rsidRPr="00C35AD2" w:rsidRDefault="00B8415F" w:rsidP="00A54EDA">
      <w:pPr>
        <w:jc w:val="both"/>
        <w:rPr>
          <w:rFonts w:ascii="Times New Roman" w:hAnsi="Times New Roman" w:cs="Times New Roman"/>
          <w:noProof/>
          <w:sz w:val="24"/>
          <w:szCs w:val="24"/>
          <w:lang w:val="pt-BR"/>
        </w:rPr>
      </w:pPr>
      <w:r w:rsidRPr="00C35AD2">
        <w:rPr>
          <w:rFonts w:ascii="Times New Roman" w:hAnsi="Times New Roman" w:cs="Times New Roman"/>
          <w:noProof/>
          <w:sz w:val="24"/>
          <w:szCs w:val="24"/>
          <w:lang w:val="pt-BR"/>
        </w:rPr>
        <w:t>Nome do pesquisador (letras de forma): ________________________________</w:t>
      </w:r>
    </w:p>
    <w:sectPr w:rsidR="0021774B" w:rsidRPr="00C35AD2" w:rsidSect="00034616">
      <w:headerReference w:type="default" r:id="rId10"/>
      <w:foot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DE2" w:rsidRDefault="00C21DE2" w:rsidP="006C7656">
      <w:pPr>
        <w:spacing w:after="0" w:line="240" w:lineRule="auto"/>
      </w:pPr>
      <w:r>
        <w:separator/>
      </w:r>
    </w:p>
  </w:endnote>
  <w:endnote w:type="continuationSeparator" w:id="0">
    <w:p w:rsidR="00C21DE2" w:rsidRDefault="00C21DE2" w:rsidP="006C76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43B" w:rsidRPr="003F6FA7" w:rsidRDefault="00BE143B" w:rsidP="00BE143B">
    <w:pPr>
      <w:pStyle w:val="Rodap"/>
      <w:tabs>
        <w:tab w:val="left" w:pos="6674"/>
        <w:tab w:val="right" w:pos="9972"/>
      </w:tabs>
      <w:rPr>
        <w:rFonts w:ascii="Arial" w:hAnsi="Arial" w:cs="Arial"/>
        <w:sz w:val="20"/>
        <w:szCs w:val="20"/>
      </w:rPr>
    </w:pPr>
    <w:proofErr w:type="spellStart"/>
    <w:r>
      <w:rPr>
        <w:rFonts w:ascii="Arial" w:hAnsi="Arial" w:cs="Arial"/>
        <w:sz w:val="20"/>
        <w:szCs w:val="20"/>
      </w:rPr>
      <w:t>Versão</w:t>
    </w:r>
    <w:proofErr w:type="spellEnd"/>
    <w:r>
      <w:rPr>
        <w:rFonts w:ascii="Arial" w:hAnsi="Arial" w:cs="Arial"/>
        <w:sz w:val="20"/>
        <w:szCs w:val="20"/>
      </w:rPr>
      <w:t xml:space="preserve"> </w:t>
    </w:r>
    <w:proofErr w:type="spellStart"/>
    <w:r>
      <w:rPr>
        <w:rFonts w:ascii="Arial" w:hAnsi="Arial" w:cs="Arial"/>
        <w:sz w:val="20"/>
        <w:szCs w:val="20"/>
      </w:rPr>
      <w:t>janeiro</w:t>
    </w:r>
    <w:proofErr w:type="spellEnd"/>
    <w:r w:rsidRPr="003F6FA7">
      <w:rPr>
        <w:rFonts w:ascii="Arial" w:hAnsi="Arial" w:cs="Arial"/>
        <w:sz w:val="20"/>
        <w:szCs w:val="20"/>
      </w:rPr>
      <w:t>/20</w:t>
    </w:r>
    <w:r>
      <w:rPr>
        <w:rFonts w:ascii="Arial" w:hAnsi="Arial" w:cs="Arial"/>
        <w:sz w:val="20"/>
        <w:szCs w:val="20"/>
      </w:rPr>
      <w:t>26</w:t>
    </w:r>
  </w:p>
  <w:p w:rsidR="00BE143B" w:rsidRDefault="00BE143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DE2" w:rsidRDefault="00C21DE2" w:rsidP="006C7656">
      <w:pPr>
        <w:spacing w:after="0" w:line="240" w:lineRule="auto"/>
      </w:pPr>
      <w:r>
        <w:separator/>
      </w:r>
    </w:p>
  </w:footnote>
  <w:footnote w:type="continuationSeparator" w:id="0">
    <w:p w:rsidR="00C21DE2" w:rsidRDefault="00C21DE2" w:rsidP="006C76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656" w:rsidRDefault="006C7656">
    <w:pPr>
      <w:pStyle w:val="Cabealho"/>
    </w:pPr>
    <w:r>
      <w:object w:dxaOrig="11654" w:dyaOrig="14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94.8pt;height:61.1pt" o:ole="">
          <v:imagedata r:id="rId1" o:title="" grayscale="t"/>
        </v:shape>
        <o:OLEObject Type="Embed" ProgID="CorelPHOTOPAINT.Image.15" ShapeID="_x0000_i1025" DrawAspect="Content" ObjectID="_1852367918" r:id="rId2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4079C"/>
    <w:rsid w:val="0006063C"/>
    <w:rsid w:val="000A5377"/>
    <w:rsid w:val="0015074B"/>
    <w:rsid w:val="001735D7"/>
    <w:rsid w:val="00181F62"/>
    <w:rsid w:val="0021774B"/>
    <w:rsid w:val="00241847"/>
    <w:rsid w:val="0029639D"/>
    <w:rsid w:val="002A3A80"/>
    <w:rsid w:val="00326F90"/>
    <w:rsid w:val="00376E70"/>
    <w:rsid w:val="003D4F06"/>
    <w:rsid w:val="005917F7"/>
    <w:rsid w:val="005D1F30"/>
    <w:rsid w:val="005F29C8"/>
    <w:rsid w:val="006C7656"/>
    <w:rsid w:val="0094299F"/>
    <w:rsid w:val="009D5C70"/>
    <w:rsid w:val="00A54EDA"/>
    <w:rsid w:val="00AA1D8D"/>
    <w:rsid w:val="00B3045B"/>
    <w:rsid w:val="00B47730"/>
    <w:rsid w:val="00B8415F"/>
    <w:rsid w:val="00BE143B"/>
    <w:rsid w:val="00C21DE2"/>
    <w:rsid w:val="00C35AD2"/>
    <w:rsid w:val="00C768E0"/>
    <w:rsid w:val="00CB0664"/>
    <w:rsid w:val="00D92600"/>
    <w:rsid w:val="00D972F8"/>
    <w:rsid w:val="00DD1D24"/>
    <w:rsid w:val="00E10FCF"/>
    <w:rsid w:val="00EF6E3B"/>
    <w:rsid w:val="00F3246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epargpadro"/>
    <w:uiPriority w:val="99"/>
    <w:unhideWhenUsed/>
    <w:rsid w:val="00D9260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epargpadro"/>
    <w:uiPriority w:val="99"/>
    <w:unhideWhenUsed/>
    <w:rsid w:val="00D926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www.google.com/goto?url=CAESlAEB6zswFcUfMPAhhdNnCDjNNQV7JQ0i7xXr38rUSTriKuzesDJhypu-ZjfUERXmAqUsCbvXQ1S_BpjKPBs64V8afljLL7u9GPdwv6kVmarvdSY_dwvceXvv7u9sDNGK9BJIptcGtmZSjVqJTMU7RIFExB34jROrLgUZYpKV7l_qU8fX0f-N3Q1KvPfX0q8ZV6TKjnHP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CA0AB0A-1F8F-43CB-9FAD-AC4E36325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4</Pages>
  <Words>1152</Words>
  <Characters>6227</Characters>
  <Application>Microsoft Office Word</Application>
  <DocSecurity>0</DocSecurity>
  <Lines>51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7365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usuario</cp:lastModifiedBy>
  <cp:revision>16</cp:revision>
  <dcterms:created xsi:type="dcterms:W3CDTF">2026-01-22T18:39:00Z</dcterms:created>
  <dcterms:modified xsi:type="dcterms:W3CDTF">2026-10-01T16:52:00Z</dcterms:modified>
</cp:coreProperties>
</file>